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연말정산 서류 점검표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점검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제출서류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해당여부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제출여부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제출 기한: 회사가 공지한 연말정산 서류 제출 기한까지 인사·급여 담당 부서에 제출하십시오.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확인자(본인)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공제 항목별 한도와 세액 계산은 국세청 홈택스 간소화서비스 또는 세무대리인에게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