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연말정산 간소화자료 제공 동의서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동의자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사번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제공 자료와 동의 여부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4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제공 자료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이용 목적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동의 여부(○/×)</w:t>
            </w:r>
          </w:p>
        </w:tc>
      </w:tr>
      <w:tr>
        <w:trPr>
          <w:trHeight w:val="624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69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부양가족 자료 (해당 시)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2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가족 동의 확인</w:t>
            </w:r>
          </w:p>
        </w:tc>
      </w:tr>
      <w:tr>
        <w:trPr>
          <w:trHeight w:val="62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제공받은 자료는 연말정산 업무에만 이용하고, 회사 보유 기간이 지나면 파기합니다.</w:t>
      </w:r>
    </w:p>
    <w:p>
      <w:pPr>
        <w:spacing w:after="55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동의를 거부할 수 있으며, 거부 시 일부 공제를 직접 증빙해야 할 수 있습니다.</w:t>
      </w:r>
    </w:p>
    <w:p>
      <w:pPr>
        <w:spacing w:after="11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내용을 확인하였으며 자료 제공에 동의합니다.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동의자 :                                        (서명 또는 인)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기한과 방법은 회사 연말정산 안내와 국세청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