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연말정산 월세 세액공제 자료 제출서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제출자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귀속 연도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임대차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주택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보증금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월세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월별 월세 납부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 월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납부일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납부액(원)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 방법</w:t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납부 합계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첨부 서류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중간 이사, 계약 변경 등 담당 부서가 알아야 할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제출자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공제 가능 여부와 한도는 세법과 회사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