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연말정산 의료비 지출 제출서</w:t>
      </w:r>
    </w:p>
    <w:p>
      <w:pPr>
        <w:spacing w:after="111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8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제출자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귀속 연도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8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의료비 지출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02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진료받은 사람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의료기관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지출일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지출액(원)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보험금 수령액(원)</w:t>
            </w:r>
          </w:p>
        </w:tc>
      </w:tr>
      <w:tr>
        <w:trPr>
          <w:trHeight w:val="502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2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2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2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2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2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6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지출 합계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보험금 합계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공제 신청액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증빙 첨부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특이사항(난임시술, 미숙아 등 구분이 필요한 내용)이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25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9" w:before="8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제출자 :                                        (서명 또는 인)</w:t>
      </w:r>
    </w:p>
    <w:p>
      <w:pPr>
        <w:spacing w:after="0" w:before="6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공제 대상과 한도는 세법과 회사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