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연말정산 부양가족 변경 신고서</w:t>
      </w:r>
    </w:p>
    <w:p>
      <w:pPr>
        <w:spacing w:after="11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신고자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사유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변경 가족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전달 사항</w:t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담당자에게 알릴 내용이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06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사실과 다름이 없음을 확인하며 부양가족 변경을 신고합니다.</w:t>
      </w:r>
    </w:p>
    <w:p>
      <w:pPr>
        <w:spacing w:after="94" w:before="9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신고자 :                                        (서명 또는 인)</w:t>
      </w:r>
    </w:p>
    <w:p>
      <w:pPr>
        <w:spacing w:after="0" w:before="7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공제 대상 여부는 국세청 기준과 회사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