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5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각  서</w:t>
      </w:r>
    </w:p>
    <w:p>
      <w:pPr>
        <w:spacing w:after="139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5" w:before="111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62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약속인(의무자)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상대방(권리자)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5" w:before="111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약속 내용</w:t>
      </w:r>
    </w:p>
    <w:p>
      <w:pPr>
        <w:spacing w:after="55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약속하는 구체적인 내용, 이행 기한, 지급액이나 이행 방법을 명확하게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988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5" w:before="139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(약속의 확인)</w:t>
      </w:r>
    </w:p>
    <w:p>
      <w:pPr>
        <w:spacing w:after="55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약속인은 위 내용을 사실 그대로 확인하며, 위 기한까지 성실하게 이행할 것을 약속한다.</w:t>
      </w:r>
    </w:p>
    <w:p>
      <w:pPr>
        <w:spacing w:after="55" w:before="139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(책임)</w:t>
      </w:r>
    </w:p>
    <w:p>
      <w:pPr>
        <w:spacing w:after="55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약속인이 위 약속을 이행하지 않을 경우 약속인이 그에 따른 모든 책임을 진다.</w:t>
      </w:r>
    </w:p>
    <w:p>
      <w:pPr>
        <w:spacing w:after="111" w:before="111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11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약속인 :                                        (서명 또는 인)</w:t>
      </w:r>
    </w:p>
    <w:p>
      <w:pPr>
        <w:spacing w:after="111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상대방 :                                        (서명 또는 인)</w:t>
      </w:r>
    </w:p>
    <w:p>
      <w:pPr>
        <w:spacing w:after="0" w:before="83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금전 약속의 경우 송금 기록(계좌이체 영수증)을 함께 보관하시기 바랍니다. 이행 기한이 경과한 후 미이행 상태가 지속되면 상대방이 법적 조치를 취할 수 있습니다.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