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주  간  업  무  보  고  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보고부서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보고자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보고기간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금주 실적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10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업무 내용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진행률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510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차주 계획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510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계획 업무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510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이슈 및 요청사항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의사결정이 필요한 사항, 지원·협조 요청 내용을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02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907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담당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팀장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임원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대표</w:t>
            </w:r>
          </w:p>
        </w:tc>
      </w:tr>
      <w:tr>
        <w:trPr>
          <w:trHeight w:val="907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