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1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업  무  일  지</w:t>
      </w:r>
    </w:p>
    <w:p>
      <w:pPr>
        <w:spacing w:after="78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9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20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53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직책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기록일자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부서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금일 완료 업무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9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업무명</w:t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처리 내용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39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진행 중 업무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9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업무명</w:t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진행 상황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예상 완료일</w:t>
            </w:r>
          </w:p>
        </w:tc>
      </w:tr>
      <w:tr>
        <w:trPr>
          <w:trHeight w:val="39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8" w:hRule="atLeast"/>
        </w:trPr>
        <w:tc>
          <w:tcPr>
            <w:tcW w:type="dxa" w:w="49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주요 이슈 및 건의사항</w:t>
      </w:r>
    </w:p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금일 처리 중 발생한 주요 이슈나 건의사항을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061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위 업무일지가 사실과 다름이 없음을 확인합니다.</w:t>
      </w:r>
    </w:p>
    <w:p>
      <w:pPr>
        <w:spacing w:after="62" w:before="62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62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작성자 :                                        (서명 또는 인)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