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증 인 신 청 서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사건의 표시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법원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사건번호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사건명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재판부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원고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피고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증인의 표시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증인 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신청인과의 관계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증명하려는 사실</w:t>
      </w:r>
    </w:p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증인으로 증명하려는 사실을 간단명료하게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24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신문할 사항</w:t>
      </w:r>
    </w:p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증인에게 물어볼 내용을 질문 순서대로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92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증인의 채택과 신문을 신청합니다.</w:t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○○지방법원 귀중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제출 방식과 서식은 담당 재판부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