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자필유언장 양식</w:t>
      </w:r>
    </w:p>
    <w:p>
      <w:pPr>
        <w:spacing w:after="159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민법 제1066조에 따라 자필증서 유언은 유언자가 전문(全文)과 연월일·주소·성명을 모두 자필로 쓰고 날인하여야 효력이 있습니다. 컴퓨터로 작성하거나 다른 사람이 대신 쓴 경우는 무효입니다.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전문·연월일·주소·성명을 모두 본인이 손으로 직접 써야 합니다(자필).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성명을 쓴 다음 도장을 찍거나 지문을 날인해야 합니다.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타이핑, 대필, 녹음, 영상 방식은 자필증서 유언으로 인정되지 않습니다.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이 양식은 작성 순서를 안내하는 초안용이며, 실제 유언장은 아래 내용을 백지에 전부 손으로 옮겨 써야 합니다.</w:t>
      </w:r>
    </w:p>
    <w:p>
      <w:pPr>
        <w:spacing w:after="64" w:before="12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유언 내용 (초안)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유언의 내용을 구체적으로 적으십시오. (예: 재산의 종류와 수증자, 비율 등)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406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연월일·주소·성명·날인</w:t>
      </w:r>
    </w:p>
    <w:p>
      <w:pPr>
        <w:spacing w:after="127" w:before="127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 (자필로 직접 기재)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90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90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7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날인(인)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이 양식은 초안 작성용입니다. 실제 유언장은 전문·연월일·주소·성명을 처음부터 끝까지 본인이 종이에 직접 손으로 쓰고 날인하여 완성하십시오. 타이핑된 내용을 그대로 제출하면 법적 효력이 없습니다.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유언의 효력, 유류분, 상속 관련 사항은 법률 전문가(변호사) 또는 공증인에게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