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2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복지서비스 이용 변경 신청서</w:t>
      </w:r>
    </w:p>
    <w:p>
      <w:pPr>
        <w:spacing w:after="130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2" w:before="104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이용자와 신청인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61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이용자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생년월일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61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신청인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이용자와 관계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61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이용 기관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2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2" w:before="104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변경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88" w:hRule="atLeast"/>
        </w:trPr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25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현재</w:t>
            </w:r>
          </w:p>
        </w:tc>
        <w:tc>
          <w:tcPr>
            <w:tcW w:type="dxa" w:w="25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변경 후</w:t>
            </w:r>
          </w:p>
        </w:tc>
        <w:tc>
          <w:tcPr>
            <w:tcW w:type="dxa" w:w="25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적용 시작일</w:t>
            </w:r>
          </w:p>
        </w:tc>
      </w:tr>
      <w:tr>
        <w:trPr>
          <w:trHeight w:val="588" w:hRule="atLeast"/>
        </w:trPr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5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5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5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88" w:hRule="atLeast"/>
        </w:trPr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5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5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5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88" w:hRule="atLeast"/>
        </w:trPr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5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5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5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88" w:hRule="atLeast"/>
        </w:trPr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5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5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5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2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2" w:before="104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변경 사유</w:t>
      </w:r>
    </w:p>
    <w:p>
      <w:pPr>
        <w:spacing w:after="52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변경하려는 이유와 기관에 요청할 사항을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2058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52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04" w:before="104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04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신청인 :                                        (서명 또는 인)</w:t>
      </w:r>
    </w:p>
    <w:p>
      <w:pPr>
        <w:spacing w:after="104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이용자 :                                        (서명 또는 인)</w:t>
      </w:r>
    </w:p>
    <w:p>
      <w:pPr>
        <w:spacing w:after="0" w:before="78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변경 가능 여부와 본인부담금은 기관과 제도 기준을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