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5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복지시설 퇴소 신청서</w:t>
      </w:r>
    </w:p>
    <w:p>
      <w:pPr>
        <w:spacing w:after="136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0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이용자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9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시설명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입소일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9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이용자 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0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신청인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9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신청인 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이용자와의 관계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9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퇴소 후 거주지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0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퇴소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9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퇴소 희망일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정산 방법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9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퇴소 사유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개인 물품 정리, 인수 방법 등 시설에 전달할 사항을 적으십시오. 건강 상태는 적지 않습니다.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702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9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퇴소를 신청합니다.</w:t>
      </w:r>
    </w:p>
    <w:p>
      <w:pPr>
        <w:spacing w:after="109" w:before="109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10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시설 확인 :                                        (서명 또는 인)</w:t>
      </w:r>
    </w:p>
    <w:p>
      <w:pPr>
        <w:spacing w:after="0" w:before="82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퇴소 예고 기간과 정산 기준은 시설 운영 규정과 이용계약을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