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6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복지시설 면회 신청서</w:t>
      </w:r>
    </w:p>
    <w:p>
      <w:pPr>
        <w:spacing w:after="116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입소자 및 신청자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9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입소자 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생활 공간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신청자 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입소자와의 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면회 희망 일정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9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희망 날짜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희망 시간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방문 인원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면회 방식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방문자 명단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527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이름</w:t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관계</w:t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연락처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527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27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27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면회 목적이나 시설에 미리 알릴 사항(전달 물품 등)을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581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3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시설의 면회 수칙을 확인하였으며 이를 지킬 것을 확인합니다.</w:t>
      </w:r>
    </w:p>
    <w:p>
      <w:pPr>
        <w:spacing w:after="93" w:before="93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3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신청자 :                                        (서명 또는 인)</w:t>
      </w:r>
    </w:p>
    <w:p>
      <w:pPr>
        <w:spacing w:after="0" w:before="7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면회 가능 시간과 인원은 시설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