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7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시설 외출·외박 신청서</w:t>
      </w:r>
    </w:p>
    <w:p>
      <w:pPr>
        <w:spacing w:after="142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7" w:before="11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이용자 및 신청자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2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이용자 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호실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신청자 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이용자와의 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신청자 연락처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7" w:before="11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외출·외박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2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구분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행선지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나가는 일시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복귀 예정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동행인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비상 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7" w:before="11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전달 사항</w:t>
      </w:r>
    </w:p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시설에 알릴 내용이 있으면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775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4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외출·외박을 신청합니다.</w:t>
      </w:r>
    </w:p>
    <w:p>
      <w:pPr>
        <w:spacing w:after="114" w:before="114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4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신청자 :                                        (서명 또는 인)</w:t>
      </w:r>
    </w:p>
    <w:p>
      <w:pPr>
        <w:spacing w:after="0" w:before="85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외출 가능 시간과 절차는 시설 운영 규정에 따릅니다. 건강 관련 사항은 담당자와 따로 상의하십시오.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