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복지시설 이용 신청서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신청인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이용 대상자와의 관계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이용 대상자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5721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신청 서비스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453" w:hRule="atLeast"/>
        </w:trPr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서비스명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희망 이용 요일·시간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이용 목적</w:t>
            </w:r>
          </w:p>
        </w:tc>
      </w:tr>
      <w:tr>
        <w:trPr>
          <w:trHeight w:val="453" w:hRule="atLeast"/>
        </w:trPr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이용 시 유의 사항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이동 보조, 식이, 알레르기 등 이용 시 시설이 참고할 유의 사항을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13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비상연락처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관계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위 신청인은 복지시설 이용 신청 및 서비스 제공 목적으로 개인정보를 수집·이용하는 데 동의합니다.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이용 대상자 본인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개인정보(건강정보 포함)의 수집 목적은 복지시설 이용 신청 및 서비스 제공이며, 보유기간은 관계 법령에 따라 보관한 후 파기합니다.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서식은 참고용이며, 의학적 설명과 판단은 담당 의료진이 수행합니다. 기관별 양식이 따로 있는 경우 해당 기관 양식을 사용하십시오.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