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52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주  간     학  습  계  획  표</w:t>
      </w:r>
    </w:p>
    <w:p>
      <w:pPr>
        <w:spacing w:after="129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585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주차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기간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85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이번 주 목표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52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52" w:before="103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1. 시간대별 학습 일정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233"/>
        <w:gridCol w:w="1233"/>
        <w:gridCol w:w="1233"/>
        <w:gridCol w:w="1233"/>
        <w:gridCol w:w="1233"/>
        <w:gridCol w:w="1233"/>
        <w:gridCol w:w="1233"/>
        <w:gridCol w:w="1233"/>
      </w:tblGrid>
      <w:tr>
        <w:trPr>
          <w:trHeight w:val="511" w:hRule="atLeast"/>
        </w:trPr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시간대</w:t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월</w:t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화</w:t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수</w:t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목</w:t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금</w:t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토</w:t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일</w:t>
            </w:r>
          </w:p>
        </w:tc>
      </w:tr>
      <w:tr>
        <w:trPr>
          <w:trHeight w:val="511" w:hRule="atLeast"/>
        </w:trPr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16~17시</w:t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11" w:hRule="atLeast"/>
        </w:trPr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17~18시</w:t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11" w:hRule="atLeast"/>
        </w:trPr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19~20시</w:t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11" w:hRule="atLeast"/>
        </w:trPr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20~21시</w:t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52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52" w:before="103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2. 과목별 학습 목표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585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과목</w:t>
            </w:r>
          </w:p>
        </w:tc>
        <w:tc>
          <w:tcPr>
            <w:tcW w:type="dxa" w:w="434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이번 주 목표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분량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완료여부</w:t>
            </w:r>
          </w:p>
        </w:tc>
      </w:tr>
      <w:tr>
        <w:trPr>
          <w:trHeight w:val="585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34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85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34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85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34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85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34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85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34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52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52" w:before="103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3. 주간 성찰</w:t>
      </w:r>
    </w:p>
    <w:p>
      <w:pPr>
        <w:spacing w:after="52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실제 진행 상황, 어려웠던 점, 다음 주 계획을 작성하십시오.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1609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19"/>
              </w:rPr>
            </w:r>
          </w:p>
        </w:tc>
      </w:tr>
    </w:tbl>
    <w:p>
      <w:pPr>
        <w:spacing w:after="52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0" w:before="77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계획대로 진행되지 않은 부분은 이유를 적어 두면 다음 주 계획을 세울 때 참고할 수 있습니다.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