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자원봉사 신청서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소속(학교·직장)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비상 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희망 활동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희망 활동 분야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활동 희망기간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월  일 ~ 20   년  월  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희망 활동 장소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봉사시간 인정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필요 / 불필요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인정기관·아이디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가능 요일 및 시간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시간대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토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</w:t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활동 경험 및 보유 기술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활동(교육)명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기관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역할·내용</w:t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지원 동기와 전하고 싶은 말씀을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동의 및 보호자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개인정보 수집·이용 동의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동의 / 미동의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활동사진 이용 동의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동의 / 미동의</w:t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성명 (미성년자)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연락처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자원봉사 활동을 신청합니다.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보호자(미성년자)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활동 중 안전을 위해 보험 가입 여부와 유의사항을 담당 기관에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