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5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자원봉사 활동 확인서</w:t>
      </w:r>
    </w:p>
    <w:p>
      <w:pPr>
        <w:spacing w:after="114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5" w:before="9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봉사자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5" w:before="9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활동 기관과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활동 기관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활동 장소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활동 내용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5" w:before="9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일자별 활동 시간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515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활동일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시작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종료</w:t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시간</w:t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확인</w:t>
            </w:r>
          </w:p>
        </w:tc>
      </w:tr>
      <w:tr>
        <w:trPr>
          <w:trHeight w:val="515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5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5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5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5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5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합계 시간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활동 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1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사람이 위와 같이 봉사활동을 하였음을 확인합니다.</w:t>
      </w:r>
    </w:p>
    <w:p>
      <w:pPr>
        <w:spacing w:after="91" w:before="91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기관 담당자(직인) :                                        (서명 또는 인)</w:t>
      </w:r>
    </w:p>
    <w:p>
      <w:pPr>
        <w:spacing w:after="0" w:before="68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봉사시간 인정 기준은 제출처 규정을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