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3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방  문  자     기  록  대  장</w:t>
      </w:r>
    </w:p>
    <w:p>
      <w:pPr>
        <w:spacing w:after="158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718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관리부서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작성월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3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3" w:before="127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방문 현황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096"/>
        <w:gridCol w:w="1096"/>
        <w:gridCol w:w="1096"/>
        <w:gridCol w:w="1096"/>
        <w:gridCol w:w="1096"/>
        <w:gridCol w:w="1096"/>
        <w:gridCol w:w="1096"/>
        <w:gridCol w:w="1096"/>
        <w:gridCol w:w="1096"/>
      </w:tblGrid>
      <w:tr>
        <w:trPr>
          <w:trHeight w:val="718" w:hRule="atLeast"/>
        </w:trPr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No</w:t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방문일자</w:t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방문자명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소속</w:t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연락처</w:t>
            </w:r>
          </w:p>
        </w:tc>
        <w:tc>
          <w:tcPr>
            <w:tcW w:type="dxa" w:w="167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방문목적</w:t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피방문자</w:t>
            </w:r>
          </w:p>
        </w:tc>
        <w:tc>
          <w:tcPr>
            <w:tcW w:type="dxa" w:w="88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입실시각</w:t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퇴실시각</w:t>
            </w:r>
          </w:p>
        </w:tc>
      </w:tr>
      <w:tr>
        <w:trPr>
          <w:trHeight w:val="718" w:hRule="atLeast"/>
        </w:trPr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67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88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18" w:hRule="atLeast"/>
        </w:trPr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67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88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18" w:hRule="atLeast"/>
        </w:trPr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67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88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18" w:hRule="atLeast"/>
        </w:trPr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67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88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18" w:hRule="atLeast"/>
        </w:trPr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67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88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18" w:hRule="atLeast"/>
        </w:trPr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67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88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18" w:hRule="atLeast"/>
        </w:trPr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67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88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18" w:hRule="atLeast"/>
        </w:trPr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67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88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18" w:hRule="atLeast"/>
        </w:trPr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67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88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18" w:hRule="atLeast"/>
        </w:trPr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67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88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18" w:hRule="atLeast"/>
        </w:trPr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67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88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18" w:hRule="atLeast"/>
        </w:trPr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67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88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18" w:hRule="atLeast"/>
        </w:trPr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67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0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88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3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0" w:before="95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본 대장에 기재된 방문자 개인정보(성명·연락처)는 출입 관리 목적으로만 수집하며, 수집일로부터 1년간 보관 후 파기합니다.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