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거래처 등록신청서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신청부서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사업자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업태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법인/개인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소재지</w:t>
            </w:r>
          </w:p>
        </w:tc>
        <w:tc>
          <w:tcPr>
            <w:tcW w:type="dxa" w:w="8286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 전화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팩스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홈페이지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담당자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영업 담당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세금계산서 담당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거래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주요 거래품목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예상 거래규모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 / 월 기준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결제주기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현금 / 어음 / 카드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세금계산서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전자 / 수기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발행시점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월합계 / 건별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입금 계좌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은행명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사업자명과 일치 여부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첨부서류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사업자등록증 사본 (필수)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통장 사본 (필수)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법인등기부등본 (법인인 경우)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회사소개서·제품 카탈로그 (선택)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등록 사유와 특기사항을 기재하십시오. (예: 기존 업체 단가 대비 15% 절감, 납기 단축)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17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117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</w:t>
            </w:r>
          </w:p>
        </w:tc>
      </w:tr>
      <w:tr>
        <w:trPr>
          <w:trHeight w:val="117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계좌 예금주가 사업자명과 다른 경우 반드시 사유를 확인하고 증빙을 받아 두십시오. 세금계산서 발행 기준은 세법과 사내 규정을 함께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