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업무용 차량 사용 신청서</w:t>
      </w:r>
    </w:p>
    <w:p>
      <w:pPr>
        <w:spacing w:after="10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사용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목적지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동승자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사용목적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운행 기록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5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출발시각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도착시각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출발지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도착지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주행거리(km)</w:t>
            </w:r>
          </w:p>
        </w:tc>
      </w:tr>
      <w:tr>
        <w:trPr>
          <w:trHeight w:val="55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5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유류비 및 통행료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유류비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통행료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6" w:before="86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신청자 :                                        (서명 또는 인)</w:t>
      </w:r>
    </w:p>
    <w:p>
      <w:pPr>
        <w:spacing w:after="43" w:before="8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97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신청자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차량관리자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확인</w:t>
            </w:r>
          </w:p>
        </w:tc>
      </w:tr>
      <w:tr>
        <w:trPr>
          <w:trHeight w:val="97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차량 사용 후에는 운행 기록과 유류비·통행료 영수증을 첨부하여 차량관리자에게 제출하십시오.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