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2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자동차 사용 승낙서</w:t>
      </w:r>
    </w:p>
    <w:p>
      <w:pPr>
        <w:spacing w:after="13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4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소유자는 아래 사용자에게 아래 차량의 사용을 승낙합니다.</w:t>
      </w:r>
    </w:p>
    <w:p>
      <w:pPr>
        <w:spacing w:after="52" w:before="10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당사자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6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소유자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사용자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관계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운전면허 종류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10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차량 및 사용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6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차량번호</w:t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사용 기간</w:t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반납 시기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사용 목적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사고·과태료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10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특약</w:t>
      </w:r>
    </w:p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보험 적용 범위, 주행 한도, 금지 사항 등 합의한 내용을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775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4" w:before="104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4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소유자 :                                        (서명 또는 인)</w:t>
      </w:r>
    </w:p>
    <w:p>
      <w:pPr>
        <w:spacing w:after="104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사용자 :                                        (서명 또는 인)</w:t>
      </w:r>
    </w:p>
    <w:p>
      <w:pPr>
        <w:spacing w:after="0" w:before="78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보험 적용 범위와 사고 처리는 가입한 보험사 약관을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