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자동차 매매 계약 해제 합의서</w:t>
      </w:r>
    </w:p>
    <w:p>
      <w:pPr>
        <w:spacing w:after="125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매도인과 매수인은 아래 자동차 매매계약을 상호 합의하여 해제합니다.</w:t>
      </w:r>
    </w:p>
    <w:p>
      <w:pPr>
        <w:spacing w:after="50" w:before="10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당사자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3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매도인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매수인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0" w:before="10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해제 대상 계약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3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차량번호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매매대금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받은 금액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반환 금액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0" w:before="10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반환 및 특약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3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반환 기한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반환 방법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서류·열쇠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위약금 여부, 비용 부담 등 합의한 내용을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562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0" w:before="10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매도인 :                                        (서명 또는 인)</w:t>
      </w:r>
    </w:p>
    <w:p>
      <w:pPr>
        <w:spacing w:after="10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매수인 :                                        (서명 또는 인)</w:t>
      </w:r>
    </w:p>
    <w:p>
      <w:pPr>
        <w:spacing w:after="0" w:before="75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이전등록이 끝난 경우 관할 기관과 절차를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