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5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자동차 정비 의뢰서</w:t>
      </w:r>
    </w:p>
    <w:p>
      <w:pPr>
        <w:spacing w:after="137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의뢰인 및 정비소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01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의뢰인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01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정비소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접수일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차량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01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차량 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01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연식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주행거리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요청 정비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23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증상 또는 요청 작업</w:t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점검 부위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우선순위</w:t>
            </w:r>
          </w:p>
        </w:tc>
      </w:tr>
      <w:tr>
        <w:trPr>
          <w:trHeight w:val="623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3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3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3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01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견적 한도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인도 희망일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01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추가 수리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교체 부품 반환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0" w:before="11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의뢰인 :                                        (서명 또는 인)</w:t>
      </w:r>
    </w:p>
    <w:p>
      <w:pPr>
        <w:spacing w:after="0" w:before="82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수리비와 부품 보증 조건은 정비소 견적서를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