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차량 이전등록 위임장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본인은 아래 사람을 대리인으로 정하여 차량 이전등록에 관한 권한을 위임합니다.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위임인 (양도인)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인감 날인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(인감)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대리인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위임인과의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차량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차대번호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위임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 범위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이전등록 신청 및 관련 서류 수령</w:t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양수인 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양수인 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월  일 ~ 20   년  월  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대리인은 위임 범위를 넘어 서류를 사용하거나 제3자에게 교부하지 않습니다.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위임 기간이 끝나면 본 위임장의 효력은 소멸합니다.</w:t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위임 내용은 본인의 의사에 따른 것임을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위임인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대리인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필요 서류와 수수료, 저당권 설정 여부에 따른 처리 순서는 관할 차량등록사업소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