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자동차 관리이력서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차량번호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차종(모델)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연식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차대번호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최초등록일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현재 주행거리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소유자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정비·소모품 교체 이력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날짜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주행거리(km)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정비·점검 내용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정비업체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비용</w:t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사고·침수 이력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날짜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내용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보험처리 여부</w:t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기타 참고사항 — 튜닝·개조 여부, 리콜 이행 여부, 옵션 변경 등을 적으십시오.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02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기재사항은 사실과 다름이 없음을 확인합니다.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작성자(소유자)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정확한 사고·침수 이력은 보험개발원 카히스토리 등 공식 자료로 별도 확인하시기 바랍니다.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