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차  량  운  행  일  지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차명(모델)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소유자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기록 기간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운전자명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운행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운행일자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출발지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도착지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운행사유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출발시간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도착시간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운행거리(km)</w:t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운행 내역이 사실과 다름이 없음을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운전자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월별 운행 기록을 정확히 유지하고 월말에 서명 후 제출하시기 바랍니다. 필요시 주행거리계 사진을 첨부해 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