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임대차계약서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0"/>
        </w:rPr>
        <w:t>임대인과 임차인은 아래 자동차에 대하여 다음과 같이 임대차계약을 체결한다.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임대인 / 임차인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644"/>
        <w:gridCol w:w="1644"/>
        <w:gridCol w:w="1644"/>
        <w:gridCol w:w="1644"/>
        <w:gridCol w:w="1644"/>
        <w:gridCol w:w="1644"/>
      </w:tblGrid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임대인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임차인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차종(모델명)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차대번호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연식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주행거리(인도 시)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색상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임대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임대기간</w:t>
            </w:r>
          </w:p>
        </w:tc>
        <w:tc>
          <w:tcPr>
            <w:tcW w:type="dxa" w:w="8089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임대료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주기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선불 / 후불, 매월  일</w:t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보증금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반환 조건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손상·미납금 정산 후 반환</w:t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인도 장소·시각</w:t>
            </w:r>
          </w:p>
        </w:tc>
        <w:tc>
          <w:tcPr>
            <w:tcW w:type="dxa" w:w="8089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임차인은 임대기간 중 선량한 관리자로서 차량을 관리한다.</w:t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임차인의 과실로 발생한 손상·위반과태료는 임차인이 부담한다.</w:t>
      </w:r>
    </w:p>
    <w:p>
      <w:pPr>
        <w:spacing w:after="40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임대 종료 시 임대인 입회 하에 차량 상태를 확인하고 반납한다.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보험 가입 여부, 사고 시 책임 범위, 위약금 등 특약사항을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위와 같이 계약을 체결하고 계약서 2부를 작성하여 각자 1부씩 보관한다.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임대인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임차인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반납 전 임대인과 임차인이 함께 차량 상태를 점검하고 사진으로 기록해 두는 것이 안전합니다.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