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자동차 정기검사 연기 신청서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신청인 및 차량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차량번호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검사 만료일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연기 희망 기간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연기 사유</w:t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검사를 받지 못하는 사유를 날짜와 함께 사실대로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3084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첨부 서류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첨부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같은 사유로 자동차 정기검사 연기를 신청합니다.</w:t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연기 가능한 사유와 기간은 검사 담당 기관의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