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검사 대행 위임장</w:t>
      </w:r>
    </w:p>
    <w:p>
      <w:pPr>
        <w:spacing w:after="10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자동차 검사에 관한 권한을 위임합니다.</w:t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소유자 (위임인)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최초등록일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대리인 (수임인)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소유자와의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검사 종류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정기검사   (   ) 종합검사   (   ) 튜닝검사   (   ) 기타</w:t>
            </w:r>
          </w:p>
        </w:tc>
      </w:tr>
      <w:tr>
        <w:trPr>
          <w:trHeight w:val="4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검사 접수·입회, 부적합 시 재검사, 검사증 수령</w:t>
            </w:r>
          </w:p>
        </w:tc>
      </w:tr>
      <w:tr>
        <w:trPr>
          <w:trHeight w:val="4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차량의 서류를 사용합니다.</w:t>
      </w:r>
    </w:p>
    <w:p>
      <w:pPr>
        <w:spacing w:after="4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8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85" w:before="8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소유자(위임인) :                                        (서명 또는 인)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대리인(수임인)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검사 기간·필요 서류·수수료는 검사소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