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인도확인서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매도인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매수인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차량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차대번호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주행거리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인도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인도 일시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인도 장소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함께 넘긴 물건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열쇠   (   ) 자동차등록증   (   ) 보증서   (   ) 기타</w:t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 상태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 차량을 위 일시에 매도인이 매수인에게 인도하였음을 확인합니다.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인도 이후의 보관·운행 중 발생한 일은 당사자 간 합의 또는 관련 법령에 따릅니다.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매도인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매수인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이전등록 기한과 절차는 관할 기관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