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자동차 공동소유 합의서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차량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차량 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차대번호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취득일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공동소유자와 지분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1973"/>
        <w:gridCol w:w="1973"/>
        <w:gridCol w:w="1973"/>
        <w:gridCol w:w="1973"/>
        <w:gridCol w:w="1973"/>
      </w:tblGrid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No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성명</w:t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연락처</w:t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지분(%)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비고</w:t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7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170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비용 분담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보험료, 자동차세, 수리비, 주유비 등을 누가 얼마씩 부담하는지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24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사용 규칙과 처분 방식</w:t>
      </w:r>
    </w:p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사용 순서, 보관 장소, 매각 시 동의 방법을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360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내용을 공동소유자 모두가 확인하고 합의합니다.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공동소유자 1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공동소유자 2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등록과 세금 처리는 관할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