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부가가치세 신고 위임장</w:t>
      </w:r>
    </w:p>
    <w:p>
      <w:pPr>
        <w:spacing w:after="12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세무대리인에게 부가가치세 신고에 관한 권한을 위임합니다.</w:t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(사업자)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상호(성명)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수임인 (세무대리인)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사무소명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세무사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세무사등록번호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6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 대상 과세기간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귀속 연도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부가가치세 신고서 작성·제출 및 관련 서류 열람·수령</w:t>
            </w:r>
          </w:p>
        </w:tc>
      </w:tr>
      <w:tr>
        <w:trPr>
          <w:trHeight w:val="56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수임인은 위임받은 범위를 벗어나 자료를 사용하거나 제3자에게 제공하지 않습니다.</w:t>
      </w:r>
    </w:p>
    <w:p>
      <w:pPr>
        <w:spacing w:after="5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0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100" w:before="10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수임인(세무대리인) :                                        (서명 또는 인)</w:t>
      </w:r>
    </w:p>
    <w:p>
      <w:pPr>
        <w:spacing w:after="0" w:before="7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신고 기한과 제출 서류는 관할 세무서·홈택스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