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부가가치세 신고자료 제출확인서</w:t>
      </w:r>
    </w:p>
    <w:p>
      <w:pPr>
        <w:spacing w:after="13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사업자 / 신고 기간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상호(성명)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세무대리인(사무소)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제출 자료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자료구분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매수/건수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제출일</w:t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누락 가능성이 있는 자료나 추가로 확인이 필요한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8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8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 확인서는 자료 전달 여부만 확인하며 세액 계산·신고 내용은 세무대리인의 검토에 따릅니다.</w:t>
      </w:r>
    </w:p>
    <w:p>
      <w:pPr>
        <w:spacing w:after="109" w:before="10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사업자 :                                        (서명 또는 인)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세무대리인(담당자)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