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9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예방접종 동의서</w:t>
      </w:r>
    </w:p>
    <w:p>
      <w:pPr>
        <w:spacing w:after="149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9" w:before="11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접종 대상자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674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4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보호자(미성년자인 경우)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관계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9" w:before="11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접종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74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백신명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접종 차수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4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접종 예정일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접종 기관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9" w:before="11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사전 확인 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674" w:hRule="atLeast"/>
        </w:trPr>
        <w:tc>
          <w:tcPr>
            <w:tcW w:type="dxa" w:w="532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확인 항목</w:t>
            </w:r>
          </w:p>
        </w:tc>
        <w:tc>
          <w:tcPr>
            <w:tcW w:type="dxa" w:w="226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예</w:t>
            </w:r>
          </w:p>
        </w:tc>
        <w:tc>
          <w:tcPr>
            <w:tcW w:type="dxa" w:w="226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아니오</w:t>
            </w:r>
          </w:p>
        </w:tc>
      </w:tr>
      <w:tr>
        <w:trPr>
          <w:trHeight w:val="674" w:hRule="atLeast"/>
        </w:trPr>
        <w:tc>
          <w:tcPr>
            <w:tcW w:type="dxa" w:w="532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현재 발열이 있습니까</w:t>
            </w:r>
          </w:p>
        </w:tc>
        <w:tc>
          <w:tcPr>
            <w:tcW w:type="dxa" w:w="226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26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4" w:hRule="atLeast"/>
        </w:trPr>
        <w:tc>
          <w:tcPr>
            <w:tcW w:type="dxa" w:w="532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이전 접종 후 이상반응이 있었습니까</w:t>
            </w:r>
          </w:p>
        </w:tc>
        <w:tc>
          <w:tcPr>
            <w:tcW w:type="dxa" w:w="226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26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4" w:hRule="atLeast"/>
        </w:trPr>
        <w:tc>
          <w:tcPr>
            <w:tcW w:type="dxa" w:w="532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알레르기 반응 경험이 있습니까</w:t>
            </w:r>
          </w:p>
        </w:tc>
        <w:tc>
          <w:tcPr>
            <w:tcW w:type="dxa" w:w="226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26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9" w:before="11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설명 확인</w:t>
      </w:r>
    </w:p>
    <w:p>
      <w:pPr>
        <w:spacing w:after="5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접종의 효과와 이상반응이 나타날 가능성, 접종 후 이상반응 발생 시 대응 방법에 대한 설명을 들었으며, 접종 후 15~30분간 관찰이 필요함을 안내받았습니다.</w:t>
      </w:r>
    </w:p>
    <w:p>
      <w:pPr>
        <w:spacing w:after="59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내용을 확인하였으며, 예방접종에 동의합니다.</w:t>
      </w:r>
    </w:p>
    <w:p>
      <w:pPr>
        <w:spacing w:after="119" w:before="119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19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동의자(본인 또는 보호자) 서명 :                                        (서명 또는 인)</w:t>
      </w:r>
    </w:p>
    <w:p>
      <w:pPr>
        <w:spacing w:after="119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보호자 서명(미성년자인 경우) :                                        (서명 또는 인)</w:t>
      </w:r>
    </w:p>
    <w:p>
      <w:pPr>
        <w:spacing w:after="0" w:before="89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개인정보(건강정보 포함)의 수집 목적은 예방접종 사전 확인 및 동의 기록이며, 보유기간은 관계 법령에 따라 보관한 후 파기합니다.</w:t>
      </w:r>
    </w:p>
    <w:p>
      <w:pPr>
        <w:spacing w:after="0" w:before="89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참고용이며, 의학적 설명과 판단은 담당 의료진이 수행합니다. 기관별 양식이 따로 있는 경우 해당 기관 양식을 사용하십시오.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