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중고차 매매계약서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매도인과 매수인은 아래 차량에 관하여 다음과 같이 매매계약을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차량의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차명(모델)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연식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색상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차대번호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배기량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주행거리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매매대금 및 지급일정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매매대금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인도예정일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위 차량을 매수인에게 매도하고, 매수인은 이를 매수하며 매매대금을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(소유권 이전 등록)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매수인은 잔금 지급 및 차량 인도 후 지체 없이 관할 자동차등록사업소에서 소유권 이전 등록을 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이전등록에 필요한 서류는 매도인이 인도일에 매수인에게 교부한다.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(차량의 인도)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위 인도예정일에 차량과 관련 서류, 부속품(키, 매뉴얼 등)을 매수인에게 인도한다.</w:t>
      </w:r>
    </w:p>
    <w:p>
      <w:r>
        <w:br w:type="page"/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(하자담보책임과 성능점검)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성능점검기록부에 기재된 내용과 실제 차량 상태가 다르지 않음을 보증한다.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인도 후 성능점검기록부와 다른 중대한 하자가 발견된 경우 매도인은 관련 법령이 정하는 범위에서 책임을 진다.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(압류·저당 등 권리관계)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인도일까지 차량에 설정된 압류·저당·리스 등 권리제한을 모두 해소하여 인도한다.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다만 매수인이 권리제한을 승계하기로 합의한 경우 그 내용을 특약사항에 기재한다.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(미납 과태료·세금의 정산)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인도일 전에 부과된 자동차세, 과태료, 범칙금 등은 매도인이 부담하고, 인도일 이후의 것은 매수인이 부담한다.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(계약의 해제)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매수인이 계약금 지급 후 잔금 지급을 지체한 경우 매도인은 상당한 기간을 정하여 이행을 최고하고 계약을 해제할 수 있다.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계약이 해제된 경우 원상회복 의무를 부담하며, 손해배상에 관하여는 별도로 정한다.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매도인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매수인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매도인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매수인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계약 전 성능점검기록부와 자동차등록원부로 사고·침수 여부와 압류·저당 등 권리관계를 확인하고, 명의이전은 관련 법령이 정한 기한 내에 처리하십시오.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