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매매대금 영수확인서</w:t>
      </w:r>
    </w:p>
    <w:p>
      <w:pPr>
        <w:spacing w:after="14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주행거리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거래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매도인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매수인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대금 지급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 매매대금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지급일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 방법</w:t>
            </w:r>
          </w:p>
        </w:tc>
      </w:tr>
      <w:tr>
        <w:trPr>
          <w:trHeight w:val="67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매도인은 위 매매대금을 틀림없이 수령하였음을 확인합니다.</w:t>
      </w:r>
    </w:p>
    <w:p>
      <w:pPr>
        <w:spacing w:after="119" w:before="11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매도인 :                                        (서명 또는 인)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매수인 :                                        (서명 또는 인)</w:t>
      </w:r>
    </w:p>
    <w:p>
      <w:pPr>
        <w:spacing w:after="0" w:before="8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소유권 이전 절차와 제출 서류는 별도로 확인하십시오. 이체 영수증은 함께 보관합니다.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