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미사용 연차수당 지급 요청서</w:t>
      </w:r>
    </w:p>
    <w:p>
      <w:pPr>
        <w:spacing w:after="13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8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연차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8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기준 기간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발생 일수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일수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미사용 일수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일급</w:t>
            </w:r>
          </w:p>
        </w:tc>
      </w:tr>
      <w:tr>
        <w:trPr>
          <w:trHeight w:val="68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지급 요청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8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요청 금액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희망일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요청 사유나 회사에 전달할 사항이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6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7" w:before="10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10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접수 담당자 :                                        (서명 또는 인)</w:t>
      </w:r>
    </w:p>
    <w:p>
      <w:pPr>
        <w:spacing w:after="0" w:before="8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산정 방식과 지급 시기는 회사 규정과 고용노동부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