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미사용 연차수당 수령 확인서</w:t>
      </w:r>
    </w:p>
    <w:p>
      <w:pPr>
        <w:spacing w:after="15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정산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미사용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일 통상임금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분할 지급이나 금액 이견 등 남길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6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미사용 연차수당을 틀림없이 수령하였음을 확인합니다.</w:t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확인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산정 기준은 회사 규정과 관련 법령을 확인하십시오. 확인서는 각 한 부씩 보관합니다.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