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실업인정일 변경 신청서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신청인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관할 고용센터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변경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기존 인정일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희망 변경일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 사유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증빙 자료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제출 예정일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변경이 필요한 사정과 구직활동 내용을 구체적으로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721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실업인정일의 변경을 신청합니다.</w:t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신청인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변경 가능 여부는 관할 고용센터가 결정합니다. 제출 전 담당자에게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