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2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수강료 환불 신청서</w:t>
      </w:r>
    </w:p>
    <w:p>
      <w:pPr>
        <w:spacing w:after="13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9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수강 과정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수강 기간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결제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결제수단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환불 사유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5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사유 구분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단순 변심 / 건강상 이유 / 이전·전학 / 수업 불만족 / 기타</w:t>
            </w:r>
          </w:p>
        </w:tc>
      </w:tr>
      <w:tr>
        <w:trPr>
          <w:trHeight w:val="5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상세 사유</w:t>
            </w:r>
          </w:p>
        </w:tc>
        <w:tc>
          <w:tcPr>
            <w:tcW w:type="dxa" w:w="80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환불 산정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3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총 수강료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수강 경과분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공제액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환불 예정액</w:t>
            </w:r>
          </w:p>
        </w:tc>
      </w:tr>
      <w:tr>
        <w:trPr>
          <w:trHeight w:val="73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3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환불 계좌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은행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예금주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계좌번호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4" w:before="10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78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환불 기준은 학원의 설립·운영 및 과외교습에 관한 법률 시행령의 반환 기준과 해당 학원의 환불 규정에 따릅니다.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