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거  래  명  세  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거래번호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거래일자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담당자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공급자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사업자등록번호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상호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대표자 (직인)</w:t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소재지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수령자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사업자등록번호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상호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대표자</w:t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소재지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거래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rHeight w:val="453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품명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규격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단위</w:t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단가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공급가액</w:t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453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공급가액 합계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부가세(10%)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합계금액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금액(한글)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거래조건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결제조건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납품일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인수자 확인 :</w:t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거래하였음을 확인합니다.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명세서는 거래 사실 확인용이며 세금계산서를 대체하지 않습니다. 공급자와 수령자가 각각 1부를 보관하십시오.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