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교육훈련 참가확인서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교육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교육명(과정명)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주관기관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교육방식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집합 / 온라인 / 혼합</w:t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교육기간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 년   월   일 ~ 20    년   월   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이수시간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   시간</w:t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교육장소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교육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교육 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강사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이수시간</w:t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참가자 명단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소속(부서)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직위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이수시간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교육 성과 및 활용 계획 — 업무 적용 방안을 간단히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6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사람은 상기 교육훈련 과정에 참가하였음을 확인합니다.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교육 담당자 :                                        (서명 또는 인)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확인자(부서장)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교육비 환급이나 자격 인정이 필요한 경우 주관기관이 발급하는 수료증을 별도로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