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교통법규 위반 운전자 확인서</w:t>
      </w:r>
    </w:p>
    <w:p>
      <w:pPr>
        <w:spacing w:after="14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통지서 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위반 장소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위반 내용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위반 일시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부과 기관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차량 소유자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8" w:before="11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실제 운전자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소유자와의 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위반 일시에 위 차량을 실제로 운전한 사람은 3번에 적은 운전자임을 확인합니다.</w:t>
      </w:r>
    </w:p>
    <w:p>
      <w:pPr>
        <w:spacing w:after="116" w:before="11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차량 소유자 :                                        (서명 또는 인)</w:t>
      </w:r>
    </w:p>
    <w:p>
      <w:pPr>
        <w:spacing w:after="11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실제 운전자 :                                        (서명 또는 인)</w:t>
      </w:r>
    </w:p>
    <w:p>
      <w:pPr>
        <w:spacing w:after="0" w:before="8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제출처와 기한, 추가 서류는 통지서에 적힌 부과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