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교통사고 현장확인서</w:t>
      </w:r>
    </w:p>
    <w:p>
      <w:pPr>
        <w:spacing w:after="12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사고일시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사고장소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차량 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4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운전자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보험사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증권번호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차량 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4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운전자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5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보험사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증권번호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사고 경위</w:t>
      </w:r>
    </w:p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누가 어느 방향에서 어떻게 진행하다 사고가 났는지 시간순으로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7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8" w:before="96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피해 상황 / 목격자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4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대물 피해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대인 피해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4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목격자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목격자 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8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0" w:before="7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과실 비율과 책임 소재는 보험사·경찰의 조사 결과에 따라 정해집니다.</w:t>
      </w:r>
    </w:p>
    <w:p>
      <w:pPr>
        <w:spacing w:after="96" w:before="96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차량 A 운전자 :                                        (서명 또는 인)</w:t>
      </w:r>
    </w:p>
    <w:p>
      <w:pPr>
        <w:spacing w:after="96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차량 B 운전자 :                                        (서명 또는 인)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