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9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임시 점포 설치 신청서</w:t>
      </w:r>
    </w:p>
    <w:p>
      <w:pPr>
        <w:spacing w:after="146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9" w:before="117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신청인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63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신청인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63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상호(단체)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사업자 여부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63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주소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9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9" w:before="117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설치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63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설치 장소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63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운영 기간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운영 시간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63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점포 규모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전기·가스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63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판매 품목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9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9" w:before="117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추가 설명</w:t>
      </w:r>
    </w:p>
    <w:p>
      <w:pPr>
        <w:spacing w:after="59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설치·철거 방식, 안전 대책 등 관리자에게 알릴 내용을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2156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59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17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위와 같이 임시 점포 설치를 신청하며, 운영 후 원상복구하고 쓰레기를 직접 처리하겠습니다.</w:t>
      </w:r>
    </w:p>
    <w:p>
      <w:pPr>
        <w:spacing w:after="117" w:before="117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17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신청인 :                                        (서명 또는 인)</w:t>
      </w:r>
    </w:p>
    <w:p>
      <w:pPr>
        <w:spacing w:after="0" w:before="88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영업 신고나 허가가 필요한 품목은 관할 기관과 공간 관리자의 기준을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