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교  사     추  천  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추천 대상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학교·학년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지원 분야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추천인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대상자와의 관계·지도 기간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평가 항목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51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평가(우수·양호·보통)</w:t>
            </w:r>
          </w:p>
        </w:tc>
        <w:tc>
          <w:tcPr>
            <w:tcW w:type="dxa" w:w="63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구체적 사례</w:t>
            </w:r>
          </w:p>
        </w:tc>
      </w:tr>
      <w:tr>
        <w:trPr>
          <w:trHeight w:val="51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63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63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63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63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63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추천 사유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구체적인 관찰 사례를 들어 추천 사유를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835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추천인(서명 또는 인)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제출처의 요구에 따라 학교장 직인이나 밀봉 제출이 필요할 수 있으니 제출 방식을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