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52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세금 납부기한 연장 사유서</w:t>
      </w:r>
    </w:p>
    <w:p>
      <w:pPr>
        <w:spacing w:after="130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2" w:before="104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납세자 정보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663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성명(상호)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사업자등록번호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63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담당 세무서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2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2" w:before="104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연장 요청 내용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663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세목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납부 금액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63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원래 기한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희망 기한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2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2" w:before="104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연장 사유</w:t>
      </w:r>
    </w:p>
    <w:p>
      <w:pPr>
        <w:spacing w:after="52" w:before="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매출 감소, 자금 사정 등 연장이 필요한 사유와 첨부 증빙을 적으십시오.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6"/>
      </w:tblGrid>
      <w:tr>
        <w:trPr>
          <w:trHeight w:val="1915" w:hRule="atLeast"/>
        </w:trPr>
        <w:tc>
          <w:tcPr>
            <w:tcW w:type="dxa" w:w="98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19"/>
              </w:rPr>
            </w:r>
          </w:p>
        </w:tc>
      </w:tr>
    </w:tbl>
    <w:p>
      <w:pPr>
        <w:spacing w:after="52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2" w:before="104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4. 납부 계획</w:t>
      </w:r>
    </w:p>
    <w:p>
      <w:pPr>
        <w:spacing w:after="52" w:before="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납부 시기와 방법, 나누어 낼 경우 횟수를 적으십시오.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6"/>
      </w:tblGrid>
      <w:tr>
        <w:trPr>
          <w:trHeight w:val="1473" w:hRule="atLeast"/>
        </w:trPr>
        <w:tc>
          <w:tcPr>
            <w:tcW w:type="dxa" w:w="98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19"/>
              </w:rPr>
            </w:r>
          </w:p>
        </w:tc>
      </w:tr>
    </w:tbl>
    <w:p>
      <w:pPr>
        <w:spacing w:after="52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104" w:before="104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104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작성자 :                                        (서명 또는 인)</w:t>
      </w:r>
    </w:p>
    <w:p>
      <w:pPr>
        <w:spacing w:after="0" w:before="78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연장 요건과 신청 방법은 관할 세무서 안내를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