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세금계산서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영수 / 청구  (해당란에 표시)</w:t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공급자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상호(법인명)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성명(대표자)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(인)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종목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공급받는 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상호(법인명)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성명(대표자)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종목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작성 및 합계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작성일자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세액</w:t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합계금액</w:t>
            </w:r>
          </w:p>
        </w:tc>
        <w:tc>
          <w:tcPr>
            <w:tcW w:type="dxa" w:w="8287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                 원정</w:t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품목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세액</w:t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 구분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현금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어음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외상미수금</w:t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공급자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공급받는 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전자세금계산서 발행 의무 대상 여부와 세액 처리 기준은 관할 세무서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