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세무자료 인계 확인서</w:t>
      </w:r>
    </w:p>
    <w:p>
      <w:pPr>
        <w:spacing w:after="114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인계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인계자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인수자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1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인계일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인계 장소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인계 자료 목록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자료명</w:t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대상 기간</w:t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6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36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특이사항</w:t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누락 자료나 반환 시기 등 특이사항을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29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1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세무 관련 자료를 인계·인수하였음을 확인합니다.</w:t>
      </w:r>
    </w:p>
    <w:p>
      <w:pPr>
        <w:spacing w:after="91" w:before="9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인계자 :                                        (서명 또는 인)</w:t>
      </w:r>
    </w:p>
    <w:p>
      <w:pPr>
        <w:spacing w:after="9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인수자 :                                        (서명 또는 인)</w:t>
      </w:r>
    </w:p>
    <w:p>
      <w:pPr>
        <w:spacing w:after="0" w:before="68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이 확인서는 자료 전달 사실을 기록하는 문서입니다. 세무 처리는 전문가와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